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FORMULÁR NA ODSTÚPENIE OD ZMLUVY</w:t>
      </w:r>
    </w:p>
    <w:p>
      <w:r>
        <w:t>Adresát: Samuel Nečeda – INN Furniture, Raková 1599, 023 51 Raková, Slovensko</w:t>
      </w:r>
    </w:p>
    <w:p>
      <w:r>
        <w:t>E-mail: info@innfurniture.sk | Telefón: 0911 395 280</w:t>
      </w:r>
    </w:p>
    <w:p/>
    <w:p>
      <w:r>
        <w:rPr>
          <w:b/>
        </w:rPr>
        <w:t>Týmto oznamujem, že odstupujem od zmluvy na tento tovar:</w:t>
      </w:r>
    </w:p>
    <w:p>
      <w:r>
        <w:rPr>
          <w:b/>
        </w:rPr>
        <w:t xml:space="preserve">Názov tovaru: </w:t>
      </w:r>
      <w:r>
        <w:t>________________________________________________________________________</w:t>
      </w:r>
    </w:p>
    <w:p>
      <w:r>
        <w:rPr>
          <w:b/>
        </w:rPr>
        <w:t xml:space="preserve">Číslo objednávky: </w:t>
      </w:r>
      <w:r>
        <w:t>________________________________________________________________________</w:t>
      </w:r>
    </w:p>
    <w:p>
      <w:r>
        <w:rPr>
          <w:b/>
        </w:rPr>
        <w:t xml:space="preserve">Dátum objednávky: </w:t>
      </w:r>
      <w:r>
        <w:t>________________________________________________________________________</w:t>
      </w:r>
    </w:p>
    <w:p>
      <w:r>
        <w:rPr>
          <w:b/>
        </w:rPr>
        <w:t xml:space="preserve">Dátum prevzatia: </w:t>
      </w:r>
      <w:r>
        <w:t>________________________________________________________________________</w:t>
      </w:r>
    </w:p>
    <w:p>
      <w:r>
        <w:rPr>
          <w:b/>
        </w:rPr>
        <w:t xml:space="preserve">Meno a priezvisko spotrebiteľa: </w:t>
      </w:r>
      <w:r>
        <w:t>________________________________________________________________________</w:t>
      </w:r>
    </w:p>
    <w:p>
      <w:r>
        <w:rPr>
          <w:b/>
        </w:rPr>
        <w:t xml:space="preserve">Adresa spotrebiteľa: </w:t>
      </w:r>
      <w:r>
        <w:t>________________________________________________________________________</w:t>
      </w:r>
    </w:p>
    <w:p>
      <w:r>
        <w:rPr>
          <w:b/>
        </w:rPr>
        <w:t xml:space="preserve">E-mail: </w:t>
      </w:r>
      <w:r>
        <w:t>________________________________________________________________________</w:t>
      </w:r>
    </w:p>
    <w:p>
      <w:r>
        <w:rPr>
          <w:b/>
        </w:rPr>
        <w:t xml:space="preserve">Telefón: </w:t>
      </w:r>
      <w:r>
        <w:t>________________________________________________________________________</w:t>
      </w:r>
    </w:p>
    <w:p>
      <w:r>
        <w:rPr>
          <w:b/>
        </w:rPr>
        <w:t xml:space="preserve">Číslo účtu / IBAN pre vrátenie platby, ak je potrebné: </w:t>
      </w:r>
      <w:r>
        <w:t>________________________________________________________________________</w:t>
      </w:r>
    </w:p>
    <w:p>
      <w:r>
        <w:rPr>
          <w:b/>
        </w:rPr>
        <w:t xml:space="preserve">Dátum: </w:t>
      </w:r>
      <w:r>
        <w:t>______________________________</w:t>
      </w:r>
    </w:p>
    <w:p/>
    <w:p>
      <w:r>
        <w:rPr>
          <w:b/>
        </w:rPr>
        <w:t>Podpis spotrebiteľa (iba ak sa tento formulár podáva v listinnej podobe):</w:t>
      </w:r>
    </w:p>
    <w:p>
      <w:r>
        <w:t>_____________________________________________________________________________________</w:t>
      </w:r>
    </w:p>
    <w:p/>
    <w:p>
      <w:r>
        <w:rPr>
          <w:i/>
        </w:rPr>
        <w:t>Poznámka: Formulár môžete vyplniť a zaslať na e-mail info@innfurniture.sk alebo použiť pri listinnom odstúpení od zmluvy.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