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REKLAMAČNÝ FORMULÁR</w:t>
      </w:r>
    </w:p>
    <w:p>
      <w:pPr>
        <w:jc w:val="center"/>
      </w:pPr>
      <w:r>
        <w:rPr>
          <w:b/>
          <w:sz w:val="24"/>
        </w:rPr>
        <w:t>INN Furniture</w:t>
      </w:r>
    </w:p>
    <w:p>
      <w:r>
        <w:t>Predávajúci: Samuel Nečeda – INN Furniture, Raková 1599, 023 51 Raková, Slovensko</w:t>
      </w:r>
    </w:p>
    <w:p>
      <w:r>
        <w:t>E-mail: info@innfurniture.sk | Telefón: 0911 395 280</w:t>
      </w:r>
    </w:p>
    <w:p/>
    <w:p>
      <w:r>
        <w:rPr>
          <w:b/>
        </w:rPr>
        <w:t xml:space="preserve">Meno a priezvisko: </w:t>
      </w:r>
      <w:r>
        <w:t>________________________________________________________________________</w:t>
      </w:r>
    </w:p>
    <w:p>
      <w:r>
        <w:rPr>
          <w:b/>
        </w:rPr>
        <w:t xml:space="preserve">Adresa: </w:t>
      </w:r>
      <w:r>
        <w:t>________________________________________________________________________</w:t>
      </w:r>
    </w:p>
    <w:p>
      <w:r>
        <w:rPr>
          <w:b/>
        </w:rPr>
        <w:t xml:space="preserve">E-mail: </w:t>
      </w:r>
      <w:r>
        <w:t>________________________________________________________________________</w:t>
      </w:r>
    </w:p>
    <w:p>
      <w:r>
        <w:rPr>
          <w:b/>
        </w:rPr>
        <w:t xml:space="preserve">Telefón: </w:t>
      </w:r>
      <w:r>
        <w:t>________________________________________________________________________</w:t>
      </w:r>
    </w:p>
    <w:p>
      <w:r>
        <w:rPr>
          <w:b/>
        </w:rPr>
        <w:t xml:space="preserve">Číslo objednávky / dokladu: </w:t>
      </w:r>
      <w:r>
        <w:t>________________________________________________________________________</w:t>
      </w:r>
    </w:p>
    <w:p>
      <w:r>
        <w:rPr>
          <w:b/>
        </w:rPr>
        <w:t xml:space="preserve">Názov a model výrobku: </w:t>
      </w:r>
      <w:r>
        <w:t>________________________________________________________________________</w:t>
      </w:r>
    </w:p>
    <w:p>
      <w:r>
        <w:rPr>
          <w:b/>
        </w:rPr>
        <w:t xml:space="preserve">Dátum prevzatia: </w:t>
      </w:r>
      <w:r>
        <w:t>________________________________________________________________________</w:t>
      </w:r>
    </w:p>
    <w:p>
      <w:r>
        <w:rPr>
          <w:b/>
        </w:rPr>
        <w:t xml:space="preserve">Dátum zistenia vady: </w:t>
      </w:r>
      <w:r>
        <w:t>________________________________________________________________________</w:t>
      </w:r>
    </w:p>
    <w:p>
      <w:r>
        <w:rPr>
          <w:b/>
        </w:rPr>
        <w:t>Opis vady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Požadovaný spôsob vybavenia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 xml:space="preserve">Prílohy (fotografie/video/iné): </w:t>
      </w:r>
      <w:r>
        <w:t>_______________________________________________________</w:t>
      </w:r>
    </w:p>
    <w:p/>
    <w:p>
      <w:r>
        <w:rPr>
          <w:b/>
        </w:rPr>
        <w:t xml:space="preserve">Dátum uplatnenia reklamácie: </w:t>
      </w:r>
      <w:r>
        <w:t>_________________________</w:t>
      </w:r>
      <w:r>
        <w:t xml:space="preserve">    </w:t>
      </w:r>
      <w:r>
        <w:rPr>
          <w:b/>
        </w:rPr>
        <w:t xml:space="preserve">Podpis: </w:t>
      </w:r>
      <w:r>
        <w:t>______________________________</w:t>
      </w:r>
    </w:p>
    <w:p/>
    <w:p>
      <w:r>
        <w:rPr>
          <w:b/>
        </w:rPr>
        <w:t>Vyplnený formulár zašlite na e-mail: info@innfurniture.sk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